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מסע העני שחיפש את מזלו</w:t>
      </w:r>
    </w:p>
    <w:p>
      <w:pPr>
        <w:bidi/>
        <w:jc w:val="right"/>
      </w:pPr>
      <w:r>
        <w:rPr>
          <w:rFonts w:ascii="Arial" w:hAnsi="Arial" w:cs="Arial"/>
          <w:b w:val="0"/>
          <w:color w:val="555555"/>
          <w:rtl/>
        </w:rPr>
        <w:t>סיפור עם · סיפור עם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1–ג (הזאב) · 2–ג (שבעה) · 3–ב (צריך לזהות הזדמנויות) · 4–ב (מזל) · 5–א (נסיכה)</w:t>
      </w:r>
    </w:p>
    <w:p>
      <w:pPr>
        <w:bidi/>
        <w:spacing w:after="60"/>
        <w:jc w:val="right"/>
      </w:pPr>
      <w:r>
        <w:rPr>
          <w:rFonts w:ascii="Arial" w:hAnsi="Arial" w:cs="Arial"/>
          <w:b w:val="0"/>
          <w:rtl/>
        </w:rPr>
        <w:t>תרגיל 2: 1–לא נכון (הנסיכה המחופשת – אמיצה) · 2–נכון · 3–נכון · 4–לא נכון (הזאב – רעב ופיקח)</w:t>
      </w:r>
    </w:p>
    <w:p>
      <w:pPr>
        <w:bidi/>
        <w:spacing w:after="60"/>
        <w:jc w:val="right"/>
      </w:pPr>
      <w:r>
        <w:rPr>
          <w:rFonts w:ascii="Arial" w:hAnsi="Arial" w:cs="Arial"/>
          <w:b w:val="0"/>
          <w:rtl/>
        </w:rPr>
        <w:t>תרגיל 3: 1) זאב רעב, איכר על אדמת טרשים ומפקד של חיילים מובסים. כל אחד מבקש שישאל גם על מזלו. | 2) המפקד הוא נסיכה, ומזלה יעלה אם תינשא לאיש חכם ואמיץ; לאיכר יש שבעה כדי זהב במערה; והזאב יבריא אם יאכל אדם טיפש. | 3) את הצעת הנישואים של הנסיכה, ואת הצעת השותפות של האיכר שהתעשר.</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2–ב · 3–א · 4–ד</w:t>
      </w:r>
    </w:p>
    <w:p>
      <w:pPr>
        <w:bidi/>
        <w:spacing w:after="60"/>
        <w:jc w:val="right"/>
      </w:pPr>
      <w:r>
        <w:rPr>
          <w:rFonts w:ascii="Arial" w:hAnsi="Arial" w:cs="Arial"/>
          <w:b w:val="0"/>
          <w:rtl/>
        </w:rPr>
        <w:t>תרגיל 5: 1–אירוניה · 2–סמל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הוא לא הבין שהמזל הגיע אליו בדרך – נסיכה שבחרה בו ושותפות עם האיכר – ובחר לרדוף אחרי עושר בלי עבודה. הוא חשב שמזל הוא משהו שמחכה במקום רחוק, ולא זיהה הזדמנויות קרובות.</w:t>
      </w:r>
    </w:p>
    <w:p>
      <w:pPr>
        <w:bidi/>
        <w:spacing w:after="60"/>
        <w:jc w:val="right"/>
      </w:pPr>
      <w:r>
        <w:rPr>
          <w:rFonts w:ascii="Arial" w:hAnsi="Arial" w:cs="Arial"/>
          <w:b w:val="0"/>
          <w:rtl/>
        </w:rPr>
        <w:t>תרגיל 7: שלושה מפגשים בדרך הלוך ושלושה בדרך חזור יוצרים מבנה סימטרי. בכל מפגש בחזרה הקורא כבר מנחש מה יקרה, והמתח עולה עד המפגש האחרון עם הזאב.</w:t>
      </w:r>
    </w:p>
    <w:p>
      <w:pPr>
        <w:bidi/>
        <w:spacing w:after="60"/>
        <w:jc w:val="right"/>
      </w:pPr>
      <w:r>
        <w:rPr>
          <w:rFonts w:ascii="Arial" w:hAnsi="Arial" w:cs="Arial"/>
          <w:b w:val="0"/>
          <w:rtl/>
        </w:rPr>
        <w:t>תרגיל 8: תשובה פתוחה: זהו סוף "מוסר השכל" חריף, אופייני לסיפורי עם. אפשר לטעון שהוא מבליט את הלקח, ואפשר להציע סוף אחר שבו העני לומד מטעותו.</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האם היה לכם פעם "מזל" שזיהיתם רק אחרי שהוא עבר?</w:t>
      </w:r>
    </w:p>
    <w:p>
      <w:pPr>
        <w:bidi/>
        <w:jc w:val="right"/>
      </w:pPr>
      <w:r>
        <w:rPr>
          <w:rFonts w:ascii="Arial" w:hAnsi="Arial" w:cs="Arial"/>
          <w:b w:val="0"/>
          <w:rtl/>
        </w:rPr>
        <w:t>• הזמינו שיתוף רק מי שרוצה, וקבלו גם דוגמאות קטנות ויומיומיות.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מסע העני שחיפש את מזלו</w:t>
      </w:r>
    </w:p>
    <w:p>
      <w:pPr>
        <w:bidi/>
        <w:jc w:val="right"/>
      </w:pPr>
      <w:r>
        <w:rPr>
          <w:rFonts w:ascii="Arial" w:hAnsi="Arial" w:cs="Arial"/>
          <w:b w:val="0"/>
          <w:color w:val="555555"/>
          <w:rtl/>
        </w:rPr>
        <w:t>סיפור עם · סיפור עם · הסיפור העממי</w:t>
      </w:r>
    </w:p>
    <w:p>
      <w:pPr>
        <w:bidi/>
        <w:jc w:val="right"/>
      </w:pPr>
      <w:r>
        <w:rPr>
          <w:rFonts w:ascii="Arial" w:hAnsi="Arial" w:cs="Arial"/>
          <w:b w:val="0"/>
          <w:rtl/>
        </w:rPr>
        <w:t>תזכורת קצרה: עני שאינו מצליח בדבר יוצא לחפש את מזלו. בדרך הוא פוגש זאב רעב, איכר עמל על אדמת טרשים ומפקד של חיילים מובסים, וכולם מבקשים שישאל גם על מזלם. בעיר קסומה אומרת לו נערה שמזלו מחכה שם, ונותנת תשובות לשלושתם. בדרך חזרה מתברר שהמפקד היא נסיכה שרוצה להינשא לו, והאיכר מציע לו שותפות בזהב – והוא דוחה את שתי ההצעות כי הוא ממהר אל "המזל הגדול". לבסוף הוא מוסר לזאב שעליו לאכול אדם טיפש, והזאב מבין שהטיפש הוא הוא עצמו.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את מי פגש העני ראשון?</w:t>
      </w:r>
    </w:p>
    <w:p>
      <w:pPr>
        <w:bidi/>
        <w:spacing w:after="120"/>
        <w:jc w:val="right"/>
      </w:pPr>
      <w:r>
        <w:rPr>
          <w:rFonts w:ascii="Arial" w:hAnsi="Arial" w:cs="Arial"/>
          <w:b w:val="0"/>
          <w:rtl/>
        </w:rPr>
        <w:t xml:space="preserve">     א. האיכר     ב. המפקד     ג. הזאב     ד. הנערה</w:t>
      </w:r>
    </w:p>
    <w:p>
      <w:pPr>
        <w:bidi/>
        <w:jc w:val="right"/>
      </w:pPr>
      <w:r>
        <w:rPr>
          <w:rFonts w:ascii="Arial" w:hAnsi="Arial" w:cs="Arial"/>
          <w:b w:val="0"/>
          <w:rtl/>
        </w:rPr>
        <w:t>2) כמה כדי זהב היו במערה?</w:t>
      </w:r>
    </w:p>
    <w:p>
      <w:pPr>
        <w:bidi/>
        <w:spacing w:after="120"/>
        <w:jc w:val="right"/>
      </w:pPr>
      <w:r>
        <w:rPr>
          <w:rFonts w:ascii="Arial" w:hAnsi="Arial" w:cs="Arial"/>
          <w:b w:val="0"/>
          <w:rtl/>
        </w:rPr>
        <w:t xml:space="preserve">     א. שלושה     ב. חמישה     ג. שבעה     ד. עשרה</w:t>
      </w:r>
    </w:p>
    <w:p>
      <w:pPr>
        <w:bidi/>
        <w:jc w:val="right"/>
      </w:pPr>
      <w:r>
        <w:rPr>
          <w:rFonts w:ascii="Arial" w:hAnsi="Arial" w:cs="Arial"/>
          <w:b w:val="0"/>
          <w:rtl/>
        </w:rPr>
        <w:t>3) מה המסר העיקרי?</w:t>
      </w:r>
    </w:p>
    <w:p>
      <w:pPr>
        <w:bidi/>
        <w:spacing w:after="120"/>
        <w:jc w:val="right"/>
      </w:pPr>
      <w:r>
        <w:rPr>
          <w:rFonts w:ascii="Arial" w:hAnsi="Arial" w:cs="Arial"/>
          <w:b w:val="0"/>
          <w:rtl/>
        </w:rPr>
        <w:t xml:space="preserve">     א. כדאי לטייל     ב. צריך לזהות הזדמנויות     ג. זאבים מסוכנים     ד. אסור לשאול שאלות</w:t>
      </w:r>
    </w:p>
    <w:p>
      <w:pPr>
        <w:bidi/>
        <w:jc w:val="right"/>
      </w:pPr>
      <w:r>
        <w:rPr>
          <w:rFonts w:ascii="Arial" w:hAnsi="Arial" w:cs="Arial"/>
          <w:b w:val="0"/>
          <w:rtl/>
        </w:rPr>
        <w:t>4) מה חיפש העני?</w:t>
      </w:r>
    </w:p>
    <w:p>
      <w:pPr>
        <w:bidi/>
        <w:spacing w:after="120"/>
        <w:jc w:val="right"/>
      </w:pPr>
      <w:r>
        <w:rPr>
          <w:rFonts w:ascii="Arial" w:hAnsi="Arial" w:cs="Arial"/>
          <w:b w:val="0"/>
          <w:rtl/>
        </w:rPr>
        <w:t xml:space="preserve">     א. אוכל     ב. מזל     ג. חבר</w:t>
      </w:r>
    </w:p>
    <w:p>
      <w:pPr>
        <w:bidi/>
        <w:jc w:val="right"/>
      </w:pPr>
      <w:r>
        <w:rPr>
          <w:rFonts w:ascii="Arial" w:hAnsi="Arial" w:cs="Arial"/>
          <w:b w:val="0"/>
          <w:rtl/>
        </w:rPr>
        <w:t>5) מי היה המפקד באמת?</w:t>
      </w:r>
    </w:p>
    <w:p>
      <w:pPr>
        <w:bidi/>
        <w:spacing w:after="120"/>
        <w:jc w:val="right"/>
      </w:pPr>
      <w:r>
        <w:rPr>
          <w:rFonts w:ascii="Arial" w:hAnsi="Arial" w:cs="Arial"/>
          <w:b w:val="0"/>
          <w:rtl/>
        </w:rPr>
        <w:t xml:space="preserve">     א. נסיכה     ב. זאב     ג. איכר</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הנסיכה המחופשת – חרוץ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העני – עיוור להזדמנויות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האיכר – חרוץ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הזאב – עיוור להזדמנויות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את מי פוגש העני בדרך, ומה מבקש כל אחד?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עונה הנערה בעיר הקסומה על מזלם של שלושתם?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אילו שתי הצעות דחה העני בדרך חזרה?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הגיבור מוסר לזאב את התשובה על "אדם טיפש" ואינו מבין שהוא מתאר את עצמו.</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שלוש בקשות זהות "שאל גם על מזלי" בדרך הלוך, ושלוש תשובות בדרך חזור בסדר הפוך.</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מסע עם פתיחה, חזרה משולשת (זאב, איכר, מפקד), יעד קסום, דרך חזרה וסוף עם מוסר השכל.</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העיר הקסומה מסמלת חלום של עושר בלי מאמץ; הזאב מסמל את התוצאה של עיוורון לחיים האמיתיים.</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חזרה   |   אירוניה</w:t>
      </w:r>
    </w:p>
    <w:p>
      <w:pPr>
        <w:bidi/>
        <w:spacing w:after="120"/>
        <w:jc w:val="right"/>
      </w:pPr>
      <w:r>
        <w:rPr>
          <w:rFonts w:ascii="Arial" w:hAnsi="Arial" w:cs="Arial"/>
          <w:b w:val="0"/>
          <w:rtl/>
        </w:rPr>
        <w:t>1) ______ – פער בין מה שנאמר או מצופה לבין מה שקורה באמת</w:t>
      </w:r>
    </w:p>
    <w:p>
      <w:pPr>
        <w:bidi/>
        <w:spacing w:after="120"/>
        <w:jc w:val="right"/>
      </w:pPr>
      <w:r>
        <w:rPr>
          <w:rFonts w:ascii="Arial" w:hAnsi="Arial" w:cs="Arial"/>
          <w:b w:val="0"/>
          <w:rtl/>
        </w:rPr>
        <w:t>2)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הייתה טיפשותו של העני?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תפקיד החזרה המשולשת בסיפור?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הסוף של הסיפור צודק לדעתכם, או אכזרי מדי?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סוף אחר לסיפור: העני מבין את טעותו כשהוא פוגש את הנסיכה או את האיכר. מה הוא אומר ומה קורה אחר 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מסע העני שחיפש את מזלו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