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האיש המאושר ביותר בעולם</w:t>
      </w:r>
    </w:p>
    <w:p>
      <w:pPr>
        <w:bidi/>
        <w:jc w:val="right"/>
      </w:pPr>
      <w:r>
        <w:rPr>
          <w:rFonts w:ascii="Arial" w:hAnsi="Arial" w:cs="Arial"/>
          <w:b w:val="0"/>
          <w:color w:val="555555"/>
          <w:rtl/>
        </w:rPr>
        <w:t>סיפור עם · סיפור עם · הסיפור העממי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(משל קצר) · 2–ב (חוכמה ואושר) · 3–ב (אין לו חולצה) · 4–ב (חולצה) · 5–ב (כמעט כל החיים)</w:t>
      </w:r>
    </w:p>
    <w:p>
      <w:pPr>
        <w:bidi/>
        <w:spacing w:after="60"/>
        <w:jc w:val="right"/>
      </w:pPr>
      <w:r>
        <w:rPr>
          <w:rFonts w:ascii="Arial" w:hAnsi="Arial" w:cs="Arial"/>
          <w:b w:val="0"/>
          <w:rtl/>
        </w:rPr>
        <w:t>תרגיל 2: 1–נכון · 2–לא נכון (האיש המאושר – שלו ופשוט)</w:t>
      </w:r>
    </w:p>
    <w:p>
      <w:pPr>
        <w:bidi/>
        <w:spacing w:after="60"/>
        <w:jc w:val="right"/>
      </w:pPr>
      <w:r>
        <w:rPr>
          <w:rFonts w:ascii="Arial" w:hAnsi="Arial" w:cs="Arial"/>
          <w:b w:val="0"/>
          <w:rtl/>
        </w:rPr>
        <w:t>תרגיל 3: 1) שיגיע לחוכמה ולאושר. | 2) כמעט כל ימי חייו. | 3) שאין לו חולצה בכלל.</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1–ד · 2–א · 3–ב · 4–ג</w:t>
      </w:r>
    </w:p>
    <w:p>
      <w:pPr>
        <w:bidi/>
        <w:spacing w:after="60"/>
        <w:jc w:val="right"/>
      </w:pPr>
      <w:r>
        <w:rPr>
          <w:rFonts w:ascii="Arial" w:hAnsi="Arial" w:cs="Arial"/>
          <w:b w:val="0"/>
          <w:rtl/>
        </w:rPr>
        <w:t>תרגיל 5: 1–סמל · 2–אירוניה · 3–דמות</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היא מסמלת דבר חיצוני – רכוש או חפץ – שאנשים חושבים שיביא להם אושר. העובדה שלמאושר אין חולצה רומזת שאושר אינו תלוי בדברים שיש לנו.</w:t>
      </w:r>
    </w:p>
    <w:p>
      <w:pPr>
        <w:bidi/>
        <w:spacing w:after="60"/>
        <w:jc w:val="right"/>
      </w:pPr>
      <w:r>
        <w:rPr>
          <w:rFonts w:ascii="Arial" w:hAnsi="Arial" w:cs="Arial"/>
          <w:b w:val="0"/>
          <w:rtl/>
        </w:rPr>
        <w:t>תרגיל 7: המחפש בזבז את רוב חייו על חיפוש, ובכך אולי ויתר על האושר עצמו. והאיש שהוא מחפש מאושר דווקא בלי הדבר שהמחפש רוצה לקחת ממנו.</w:t>
      </w:r>
    </w:p>
    <w:p>
      <w:pPr>
        <w:bidi/>
        <w:spacing w:after="60"/>
        <w:jc w:val="right"/>
      </w:pPr>
      <w:r>
        <w:rPr>
          <w:rFonts w:ascii="Arial" w:hAnsi="Arial" w:cs="Arial"/>
          <w:b w:val="0"/>
          <w:rtl/>
        </w:rPr>
        <w:t>תרגיל 8: תשובה פתוחה: אפשר לטעון שצרכים בסיסיים חשובים, אבל מעבר להם אושר נובע מיחסים, משמעות ושלווה.</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מה עושה אתכם מאושרים ביום רגיל? האם זה דבר שאפשר לקנות?</w:t>
      </w:r>
    </w:p>
    <w:p>
      <w:pPr>
        <w:bidi/>
        <w:jc w:val="right"/>
      </w:pPr>
      <w:r>
        <w:rPr>
          <w:rFonts w:ascii="Arial" w:hAnsi="Arial" w:cs="Arial"/>
          <w:b w:val="0"/>
          <w:rtl/>
        </w:rPr>
        <w:t>• השיתוף רשות; אפשר לכתוב על פתקים אנונימיים ולקרוא כמה בקול.</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האיש המאושר ביותר בעולם</w:t>
      </w:r>
    </w:p>
    <w:p>
      <w:pPr>
        <w:bidi/>
        <w:jc w:val="right"/>
      </w:pPr>
      <w:r>
        <w:rPr>
          <w:rFonts w:ascii="Arial" w:hAnsi="Arial" w:cs="Arial"/>
          <w:b w:val="0"/>
          <w:color w:val="555555"/>
          <w:rtl/>
        </w:rPr>
        <w:t>סיפור עם · סיפור עם · הסיפור העממי</w:t>
      </w:r>
    </w:p>
    <w:p>
      <w:pPr>
        <w:bidi/>
        <w:jc w:val="right"/>
      </w:pPr>
      <w:r>
        <w:rPr>
          <w:rFonts w:ascii="Arial" w:hAnsi="Arial" w:cs="Arial"/>
          <w:b w:val="0"/>
          <w:rtl/>
        </w:rPr>
        <w:t>תזכורת קצרה: אדם שמע שיגיע לחוכמה ולאושר אם יפגוש את האיש המאושר ביותר בעולם ויקבל ממנו את חולצתו. הוא חיפש כמעט כל ימי חייו. כשמצא לבסוף את האיש המאושר ביותר, גילה שאין לו חולצה בכלל.</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איזה סוג סיפור זה?</w:t>
      </w:r>
    </w:p>
    <w:p>
      <w:pPr>
        <w:bidi/>
        <w:spacing w:after="120"/>
        <w:jc w:val="right"/>
      </w:pPr>
      <w:r>
        <w:rPr>
          <w:rFonts w:ascii="Arial" w:hAnsi="Arial" w:cs="Arial"/>
          <w:b w:val="0"/>
          <w:rtl/>
        </w:rPr>
        <w:t xml:space="preserve">     א. רומן     ב. משל קצר     ג. בלדה     ד. מחזה</w:t>
      </w:r>
    </w:p>
    <w:p>
      <w:pPr>
        <w:bidi/>
        <w:jc w:val="right"/>
      </w:pPr>
      <w:r>
        <w:rPr>
          <w:rFonts w:ascii="Arial" w:hAnsi="Arial" w:cs="Arial"/>
          <w:b w:val="0"/>
          <w:rtl/>
        </w:rPr>
        <w:t>2) מה סימל קבלת החולצה עבור המחפש?</w:t>
      </w:r>
    </w:p>
    <w:p>
      <w:pPr>
        <w:bidi/>
        <w:spacing w:after="120"/>
        <w:jc w:val="right"/>
      </w:pPr>
      <w:r>
        <w:rPr>
          <w:rFonts w:ascii="Arial" w:hAnsi="Arial" w:cs="Arial"/>
          <w:b w:val="0"/>
          <w:rtl/>
        </w:rPr>
        <w:t xml:space="preserve">     א. חום     ב. חוכמה ואושר     ג. כסף     ד. כבוד</w:t>
      </w:r>
    </w:p>
    <w:p>
      <w:pPr>
        <w:bidi/>
        <w:jc w:val="right"/>
      </w:pPr>
      <w:r>
        <w:rPr>
          <w:rFonts w:ascii="Arial" w:hAnsi="Arial" w:cs="Arial"/>
          <w:b w:val="0"/>
          <w:rtl/>
        </w:rPr>
        <w:t>3) מה המפתיע בסוף?</w:t>
      </w:r>
    </w:p>
    <w:p>
      <w:pPr>
        <w:bidi/>
        <w:spacing w:after="120"/>
        <w:jc w:val="right"/>
      </w:pPr>
      <w:r>
        <w:rPr>
          <w:rFonts w:ascii="Arial" w:hAnsi="Arial" w:cs="Arial"/>
          <w:b w:val="0"/>
          <w:rtl/>
        </w:rPr>
        <w:t xml:space="preserve">     א. האיש עשיר     ב. אין לו חולצה     ג. האיש כועס     ד. המחפש מת</w:t>
      </w:r>
    </w:p>
    <w:p>
      <w:pPr>
        <w:bidi/>
        <w:jc w:val="right"/>
      </w:pPr>
      <w:r>
        <w:rPr>
          <w:rFonts w:ascii="Arial" w:hAnsi="Arial" w:cs="Arial"/>
          <w:b w:val="0"/>
          <w:rtl/>
        </w:rPr>
        <w:t>4) מה רצה האיש לקבל?</w:t>
      </w:r>
    </w:p>
    <w:p>
      <w:pPr>
        <w:bidi/>
        <w:spacing w:after="120"/>
        <w:jc w:val="right"/>
      </w:pPr>
      <w:r>
        <w:rPr>
          <w:rFonts w:ascii="Arial" w:hAnsi="Arial" w:cs="Arial"/>
          <w:b w:val="0"/>
          <w:rtl/>
        </w:rPr>
        <w:t xml:space="preserve">     א. כובע     ב. חולצה     ג. נעליים</w:t>
      </w:r>
    </w:p>
    <w:p>
      <w:pPr>
        <w:bidi/>
        <w:jc w:val="right"/>
      </w:pPr>
      <w:r>
        <w:rPr>
          <w:rFonts w:ascii="Arial" w:hAnsi="Arial" w:cs="Arial"/>
          <w:b w:val="0"/>
          <w:rtl/>
        </w:rPr>
        <w:t>5) כמה זמן הוא חיפש?</w:t>
      </w:r>
    </w:p>
    <w:p>
      <w:pPr>
        <w:bidi/>
        <w:spacing w:after="120"/>
        <w:jc w:val="right"/>
      </w:pPr>
      <w:r>
        <w:rPr>
          <w:rFonts w:ascii="Arial" w:hAnsi="Arial" w:cs="Arial"/>
          <w:b w:val="0"/>
          <w:rtl/>
        </w:rPr>
        <w:t xml:space="preserve">     א. יום     ב. כמעט כל החיים     ג. שבוע</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המחפש – עקשן ותמים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האיש המאושר – עקשן ותמים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מה האמין האדם שיקרה אם יקבל את החולצה?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כמה זמן נמשך החיפוש?</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גילה כשמצא את האיש המאושר?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סמל</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מי שמחפש אושר כל חייו מוצא שאושר אינו דבר שאפשר לקבל ממישהו אחר.</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אירוניה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משל קצרצר: הנחה, חיפוש ארוך שמתואר במשפט אחד, וסיום מפתיע – בלי הסבר.</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מבנה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שתי הדמויות שטוחות ומנוגדות: המחפש הדואג מול המאושר הפשוט.</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דמות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החולצה מסמלת רכוש וסממנים חיצוניים; האיש בלי חולצה מסמל אושר פנימי ופשוט.</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סמל   |   דמות   |   חזרה   |   אירוניה</w:t>
      </w:r>
    </w:p>
    <w:p>
      <w:pPr>
        <w:bidi/>
        <w:spacing w:after="120"/>
        <w:jc w:val="right"/>
      </w:pPr>
      <w:r>
        <w:rPr>
          <w:rFonts w:ascii="Arial" w:hAnsi="Arial" w:cs="Arial"/>
          <w:b w:val="0"/>
          <w:rtl/>
        </w:rPr>
        <w:t>1) ______ – דבר מוחשי שמייצג רעיון גדול ממנו</w:t>
      </w:r>
    </w:p>
    <w:p>
      <w:pPr>
        <w:bidi/>
        <w:spacing w:after="120"/>
        <w:jc w:val="right"/>
      </w:pPr>
      <w:r>
        <w:rPr>
          <w:rFonts w:ascii="Arial" w:hAnsi="Arial" w:cs="Arial"/>
          <w:b w:val="0"/>
          <w:rtl/>
        </w:rPr>
        <w:t>2) ______ – פער בין מה שנאמר או מצופה לבין מה שקורה באמת</w:t>
      </w:r>
    </w:p>
    <w:p>
      <w:pPr>
        <w:bidi/>
        <w:spacing w:after="120"/>
        <w:jc w:val="right"/>
      </w:pPr>
      <w:r>
        <w:rPr>
          <w:rFonts w:ascii="Arial" w:hAnsi="Arial" w:cs="Arial"/>
          <w:b w:val="0"/>
          <w:rtl/>
        </w:rPr>
        <w:t>3) ______ – אדם, בעל חיים או יצור שפועל ביצירה; לדמות יש תכונות, רצונות ומניעים</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מסמלת החולצה במשל?</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האירוניה בסיפור?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אתם מסכימים שאושר אינו קשור לרכוש?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את המשפט שהאיש המאושר אמר למחפש, ואת מה שהמחפש עשה בבוקר שאחרי.</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האיש המאושר ביותר בעולם · שם: ______________</w:t>
      </w:r>
    </w:p>
    <w:p>
      <w:pPr>
        <w:bidi/>
        <w:jc w:val="right"/>
      </w:pPr>
      <w:r>
        <w:rPr>
          <w:rFonts w:ascii="Arial" w:hAnsi="Arial" w:cs="Arial"/>
          <w:b w:val="0"/>
          <w:rtl/>
        </w:rPr>
        <w:t>1) ציינו שני מאפיינים של סיפור עם שמצאתם היום בסיפור שקראנו.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איזו דמות חכמה מהיחידה הייתם רוצים לפגוש,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השלימו: מזל טוב הוא בעיניי...</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