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האיש המאושר ביותר בעולם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(משל קצר) · 2–ב (חוכמה ואושר) · 3–ג (אין לו חולצה)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איש רוצה להיות מאושר. הוא מחפש את האדם הכי שמח בעולם. הוא רוצה את החולצה שלו. הוא מוצא אותו. אין לו חולצה. | 2) תשובה קצרה לפי הסיכום: איש רוצה להיות מאושר. הוא מחפש את האדם הכי שמח בעולם. הוא רוצה את החולצה שלו. הוא מוצא אותו. אין לו חולצה.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2–ה · 3–ד · 4–ג · 5–א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האיש המאושר ביותר בעולם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איש רוצה להיות מאושר. הוא מחפש את האדם הכי שמח בעולם. הוא רוצה את החולצה שלו. הוא מוצא אותו. אין לו חולצה.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מאושר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שמח מאוד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שמח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לחפש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לנסות למצוא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לבקש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חולצה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בגד על הגוף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חוכמה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ידע והבנה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תבונה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ימי חייו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 החיים שלו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 חייו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הבחין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ראה ושם לב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שם לב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סוג סיפור זה?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משל קצר     ב. רומן     ג. בלדה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סימל קבלת החולצה עבור המחפש?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כסף     ב. חוכמה ואושר     ג. חום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המפתיע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האיש עשיר     ב. האיש כועס     ג. אין לו חולצה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לאיש המאושר אין חולצה?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עושה אתכם שמחים?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מאושר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 החיים שלו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לחפש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שמח מאוד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חולצה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ידע והבנה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חוכמה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בגד על הגוף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ימי חייו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לנסות למצוא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הבחין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ראה ושם לב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המחפש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עקשן ותמים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 המאושר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 ופשוט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עושה אתכם מאושרים ביום רגיל? האם זה דבר שאפשר לקנות?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האיש המאושר ביותר בעולם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