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האיש המאושר ביותר בעולם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1–ג (חולצה) · 2–א (כמעט כל החיים) · 3–ג (שאין חולצה) · 4–ב (אושר לא בא מחפצים)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1–לא נכון (האיש המאושר – שלו ופשוט) · 2–נכון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1–סמל · 2–אירוניה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שיגיע לחוכמה ולאושר.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האיש המאושר ביותר בעולם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סיפור עם · סיפור עם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איש חיפש את האדם הכי מאושר. הוא רצה את החולצה שלו. לאדם המאושר לא הייתה חולצה.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רצה האיש לקבל?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כובע     ב. נעליים     ג. חולצה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זמן הוא חיפש?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כמעט כל החיים     ב. שבוע     ג. יום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גילה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שהחולצה יקרה     ב. שהחולצה גדולה     ג. שאין חולצה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אפשר ללמוד?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לא צריך לחפש     ב. אושר לא בא מחפצים     ג. צריך לקנות חולצות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 המאושר – עקשן ותמים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המחפש – עקשן ותמים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המחפש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עקשן ותמים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האיש המאושר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שלו ופשוט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דובר   |   סמל   |   אירוניה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דבר מוחשי שמייצג רעיון גדול ממנו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פער בין מה שנאמר או מצופה לבין מה שקורה באמת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האמין האדם שיקרה אם יקבל את החולצה?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עושה אתכם מאושרים ביום רגיל? האם זה דבר שאפשר לקנות?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האיש המאושר ביותר בעולם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מ"האיש המאושר ביותר בעולם":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