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העלמה החכמה והמלך</w:t>
      </w:r>
    </w:p>
    <w:p>
      <w:pPr>
        <w:bidi/>
        <w:jc w:val="right"/>
      </w:pPr>
      <w:r>
        <w:rPr>
          <w:rFonts w:ascii="Arial" w:hAnsi="Arial" w:cs="Arial"/>
          <w:b w:val="0"/>
          <w:color w:val="555555"/>
          <w:rtl/>
        </w:rPr>
        <w:t>סיפור עם · סיפור עם · הסיפור העממי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1–ג (שלושים) · 2–ב (הרעם והשקר) · 3–ב (הרדימה אותו במשקה) · 4–א (הן היו מבושלות) · 5–ב (נתנה משימה קשה בחזרה)</w:t>
      </w:r>
    </w:p>
    <w:p>
      <w:pPr>
        <w:bidi/>
        <w:spacing w:after="60"/>
        <w:jc w:val="right"/>
      </w:pPr>
      <w:r>
        <w:rPr>
          <w:rFonts w:ascii="Arial" w:hAnsi="Arial" w:cs="Arial"/>
          <w:b w:val="0"/>
          <w:rtl/>
        </w:rPr>
        <w:t>תרגיל 2: 1–לא נכון (השרים – מחניפים) · 2–לא נכון (המלך – גאה ובסוף אוהב) · 3–נכון · 4–נכון</w:t>
      </w:r>
    </w:p>
    <w:p>
      <w:pPr>
        <w:bidi/>
        <w:spacing w:after="60"/>
        <w:jc w:val="right"/>
      </w:pPr>
      <w:r>
        <w:rPr>
          <w:rFonts w:ascii="Arial" w:hAnsi="Arial" w:cs="Arial"/>
          <w:b w:val="0"/>
          <w:rtl/>
        </w:rPr>
        <w:t>תרגיל 3: 1) להדגיר שלושים ביצים מבושלות, להכין מפרשים לספינה מפקעת פשתן קטנה, ולרוקן את הים לתוך כוסית. | 2) שיחתום על מסמך שאם יגרש אותה תוכל לקחת איתה דבר אחד, שהיא אוהבת יותר מכול. | 3) את המלך עצמו – היא הרדימה אותו, הסיעה אותו לבית אביה והראתה לו את המסמך.</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2–א · 3–ב · 4–ג</w:t>
      </w:r>
    </w:p>
    <w:p>
      <w:pPr>
        <w:bidi/>
        <w:spacing w:after="60"/>
        <w:jc w:val="right"/>
      </w:pPr>
      <w:r>
        <w:rPr>
          <w:rFonts w:ascii="Arial" w:hAnsi="Arial" w:cs="Arial"/>
          <w:b w:val="0"/>
          <w:rtl/>
        </w:rPr>
        <w:t>תרגיל 5: 1–ניגוד · 2–תפנית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היא לא מסרבת ולא נכשלת, אלא משיבה במשימה בלתי אפשרית מקבילה. כך היא מראה למלך שהדרישה שלו אבסורדית, בלי להעליב אותו ישירות.</w:t>
      </w:r>
    </w:p>
    <w:p>
      <w:pPr>
        <w:bidi/>
        <w:spacing w:after="60"/>
        <w:jc w:val="right"/>
      </w:pPr>
      <w:r>
        <w:rPr>
          <w:rFonts w:ascii="Arial" w:hAnsi="Arial" w:cs="Arial"/>
          <w:b w:val="0"/>
          <w:rtl/>
        </w:rPr>
        <w:t>תרגיל 7: שקר מתפשט מהר ורחוק כמו רעם. התשובה מראה חוכמת חיים ולא רק פיקחות. היא גם רומזת לשרים שמחמיאים למלך.</w:t>
      </w:r>
    </w:p>
    <w:p>
      <w:pPr>
        <w:bidi/>
        <w:spacing w:after="60"/>
        <w:jc w:val="right"/>
      </w:pPr>
      <w:r>
        <w:rPr>
          <w:rFonts w:ascii="Arial" w:hAnsi="Arial" w:cs="Arial"/>
          <w:b w:val="0"/>
          <w:rtl/>
        </w:rPr>
        <w:t>תרגיל 8: תשובה פתוחה: היא פעלה לפי מסמך שחתם עליו, ולא פגעה בו; מצד שני השתמשה בתחבולה בלי ידיעתו. חשוב שהתלמידים ינמקו.</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מדוע לדעתכם המלך צחק ולא כעס כשהתעורר בבית אבי המלכה?</w:t>
      </w:r>
    </w:p>
    <w:p>
      <w:pPr>
        <w:bidi/>
        <w:jc w:val="right"/>
      </w:pPr>
      <w:r>
        <w:rPr>
          <w:rFonts w:ascii="Arial" w:hAnsi="Arial" w:cs="Arial"/>
          <w:b w:val="0"/>
          <w:rtl/>
        </w:rPr>
        <w:t>• הובילו לדיון על הומור, ענווה והודאה בטעות.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העלמה החכמה והמלך</w:t>
      </w:r>
    </w:p>
    <w:p>
      <w:pPr>
        <w:bidi/>
        <w:jc w:val="right"/>
      </w:pPr>
      <w:r>
        <w:rPr>
          <w:rFonts w:ascii="Arial" w:hAnsi="Arial" w:cs="Arial"/>
          <w:b w:val="0"/>
          <w:color w:val="555555"/>
          <w:rtl/>
        </w:rPr>
        <w:t>סיפור עם · סיפור עם · הסיפור העממי</w:t>
      </w:r>
    </w:p>
    <w:p>
      <w:pPr>
        <w:bidi/>
        <w:jc w:val="right"/>
      </w:pPr>
      <w:r>
        <w:rPr>
          <w:rFonts w:ascii="Arial" w:hAnsi="Arial" w:cs="Arial"/>
          <w:b w:val="0"/>
          <w:rtl/>
        </w:rPr>
        <w:t>תזכורת קצרה: עני בא לבקש עזרה מהמלך, והמלך מתרשם מדבריו ושומע שלמד אותם מבתו. המלך שולח לה שלוש משימות בלתי אפשריות: להדגיר ביצים מבושלות, לארוג מפרשים מקצת פשתן ולרוקן את הים לכוסית. בכל פעם היא משיבה במשימה בלתי אפשרית משלה. המלך מזמין אותה לארמון, בוחן אותה בחידות ונושא אותה לאישה. היא מבקשת ממנו לחתום שאם תגורש תוכל לקחת דבר אחד שהיא אוהבת יותר מכול. כשהוא מגרש אותה בכעס, היא לוקחת את המלך עצמו – והשניים מתפייסים.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כמה ביצים שלח המלך?</w:t>
      </w:r>
    </w:p>
    <w:p>
      <w:pPr>
        <w:bidi/>
        <w:spacing w:after="120"/>
        <w:jc w:val="right"/>
      </w:pPr>
      <w:r>
        <w:rPr>
          <w:rFonts w:ascii="Arial" w:hAnsi="Arial" w:cs="Arial"/>
          <w:b w:val="0"/>
          <w:rtl/>
        </w:rPr>
        <w:t xml:space="preserve">     א. שלוש     ב. עשר     ג. שלושים     ד. מאה</w:t>
      </w:r>
    </w:p>
    <w:p>
      <w:pPr>
        <w:bidi/>
        <w:jc w:val="right"/>
      </w:pPr>
      <w:r>
        <w:rPr>
          <w:rFonts w:ascii="Arial" w:hAnsi="Arial" w:cs="Arial"/>
          <w:b w:val="0"/>
          <w:rtl/>
        </w:rPr>
        <w:t>2) מה, לפי הנערה, נשמע למרחקים?</w:t>
      </w:r>
    </w:p>
    <w:p>
      <w:pPr>
        <w:bidi/>
        <w:spacing w:after="120"/>
        <w:jc w:val="right"/>
      </w:pPr>
      <w:r>
        <w:rPr>
          <w:rFonts w:ascii="Arial" w:hAnsi="Arial" w:cs="Arial"/>
          <w:b w:val="0"/>
          <w:rtl/>
        </w:rPr>
        <w:t xml:space="preserve">     א. השיר והפעמון     ב. הרעם והשקר     ג. הים והרוח     ד. הצחוק והבכי</w:t>
      </w:r>
    </w:p>
    <w:p>
      <w:pPr>
        <w:bidi/>
        <w:jc w:val="right"/>
      </w:pPr>
      <w:r>
        <w:rPr>
          <w:rFonts w:ascii="Arial" w:hAnsi="Arial" w:cs="Arial"/>
          <w:b w:val="0"/>
          <w:rtl/>
        </w:rPr>
        <w:t>3) איך הרחיקה המלכה את המלך מהארמון?</w:t>
      </w:r>
    </w:p>
    <w:p>
      <w:pPr>
        <w:bidi/>
        <w:spacing w:after="120"/>
        <w:jc w:val="right"/>
      </w:pPr>
      <w:r>
        <w:rPr>
          <w:rFonts w:ascii="Arial" w:hAnsi="Arial" w:cs="Arial"/>
          <w:b w:val="0"/>
          <w:rtl/>
        </w:rPr>
        <w:t xml:space="preserve">     א. בכוח     ב. הרדימה אותו במשקה     ג. ביקשה ממנו     ד. שכנעה את השרים</w:t>
      </w:r>
    </w:p>
    <w:p>
      <w:pPr>
        <w:bidi/>
        <w:jc w:val="right"/>
      </w:pPr>
      <w:r>
        <w:rPr>
          <w:rFonts w:ascii="Arial" w:hAnsi="Arial" w:cs="Arial"/>
          <w:b w:val="0"/>
          <w:rtl/>
        </w:rPr>
        <w:t>4) מה היה מיוחד בביצים?</w:t>
      </w:r>
    </w:p>
    <w:p>
      <w:pPr>
        <w:bidi/>
        <w:spacing w:after="120"/>
        <w:jc w:val="right"/>
      </w:pPr>
      <w:r>
        <w:rPr>
          <w:rFonts w:ascii="Arial" w:hAnsi="Arial" w:cs="Arial"/>
          <w:b w:val="0"/>
          <w:rtl/>
        </w:rPr>
        <w:t xml:space="preserve">     א. הן היו מבושלות     ב. הן היו מזהב     ג. הן היו גדולות</w:t>
      </w:r>
    </w:p>
    <w:p>
      <w:pPr>
        <w:bidi/>
        <w:jc w:val="right"/>
      </w:pPr>
      <w:r>
        <w:rPr>
          <w:rFonts w:ascii="Arial" w:hAnsi="Arial" w:cs="Arial"/>
          <w:b w:val="0"/>
          <w:rtl/>
        </w:rPr>
        <w:t>5) מה ענתה הנערה למשימות?</w:t>
      </w:r>
    </w:p>
    <w:p>
      <w:pPr>
        <w:bidi/>
        <w:spacing w:after="120"/>
        <w:jc w:val="right"/>
      </w:pPr>
      <w:r>
        <w:rPr>
          <w:rFonts w:ascii="Arial" w:hAnsi="Arial" w:cs="Arial"/>
          <w:b w:val="0"/>
          <w:rtl/>
        </w:rPr>
        <w:t xml:space="preserve">     א. בכתה     ב. נתנה משימה קשה בחזרה     ג. ברחה</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השרים – נבונה ואמיצה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המלך – צנוע ונאמן</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האב העני – צנוע ונאמן</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העלמה החכמה – נבונה ואמיצה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מהן שלוש המשימות שהמלך שלח לנערה?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ביקשה הנערה מהמלך אחרי החתונה?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לקחה המלכה כשגורשה?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בת עניים מול מלך, חוכמה מול כוח, השרים המחמיאים מול הנערה שעונה ביושר.</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פתיחה "היה פעם", מבחנים, עלייה במעמד (מעוני למלכות), תפנית בסוף וסוף טוב "באושר עד סוף ימיהם".</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מבנה הסיפור העממי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הגירוש נראה כסוף רע, אבל המסמך הופך אותו לסוף מאושר.</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תפנית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שלוש משימות בלתי אפשריות ושלוש תשובות באותה תבנית – חזרה משולשת קלאסית של סיפור העם.</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תפנית   |   האנשה   |   ניגוד</w:t>
      </w:r>
    </w:p>
    <w:p>
      <w:pPr>
        <w:bidi/>
        <w:spacing w:after="120"/>
        <w:jc w:val="right"/>
      </w:pPr>
      <w:r>
        <w:rPr>
          <w:rFonts w:ascii="Arial" w:hAnsi="Arial" w:cs="Arial"/>
          <w:b w:val="0"/>
          <w:rtl/>
        </w:rPr>
        <w:t>1) ______ – העמדה זה מול זה של דברים הפוכים כדי להבליט אותם</w:t>
      </w:r>
    </w:p>
    <w:p>
      <w:pPr>
        <w:bidi/>
        <w:spacing w:after="120"/>
        <w:jc w:val="right"/>
      </w:pPr>
      <w:r>
        <w:rPr>
          <w:rFonts w:ascii="Arial" w:hAnsi="Arial" w:cs="Arial"/>
          <w:b w:val="0"/>
          <w:rtl/>
        </w:rPr>
        <w:t>2) ______ – רגע בעלילה שבו המצב משתנה באופן מפתיע</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הדרך הקבועה שבה הנערה עונה למשימות?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אפשר להבין מהתשובה "הרעם והשקר נשמעים למרחקים"?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המלכה פעלה בהגינות כשהרדימה את המלך?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המציאו משימה בלתי אפשרית רביעית שהמלך שולח, וכתבו את התשובה החכמה של הנערה באותה תבנית.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העלמה החכמה והמלך · שם: ______________</w:t>
      </w:r>
    </w:p>
    <w:p>
      <w:pPr>
        <w:bidi/>
        <w:jc w:val="right"/>
      </w:pPr>
      <w:r>
        <w:rPr>
          <w:rFonts w:ascii="Arial" w:hAnsi="Arial" w:cs="Arial"/>
          <w:b w:val="0"/>
          <w:rtl/>
        </w:rPr>
        <w:t>1) ציינו שני מאפיינים של סיפור עם שמצאתם היום בסיפור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איזו דמות חכמה מהיחידה הייתם רוצים לפגוש,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השלימו: מזל טוב הוא בעיניי...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