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העלמה החכמה והמלך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(שלושים) · 2–א (הרעם והשקר) · 3–ג (הרדימה אותו במשקה)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יש נערה חכמה ועניה. המלך נותן לה משימות קשות. היא עונה בחוכמה. המלך מתחתן איתה. בסוף היא לוקחת אותו כי היא אוהבת אותו. | 2) תשובה קצרה לפי הסיכום: יש נערה חכמה ועניה. המלך נותן לה משימות קשות. היא עונה בחוכמה. המלך מתחתן איתה. בסוף היא לוקחת אותו כי היא אוהבת אותו.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1–ה · 2–ד · 3–ב · 4–א · 5–ג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2–ב · 3–ד · 4–א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העלמה החכמה והמלך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יש נערה חכמה ועניה. המלך נותן לה משימות קשות. היא עונה בחוכמה. המלך מתחתן איתה. בסוף היא לוקחת אותו כי היא אוהבת אותו.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עלמה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נערה צעירה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נערה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משימה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שצריך לעשות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מטלה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ביצה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ממנה יוצא אפרוח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מפרש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בד גדול על ספינה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לגרש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להוציא בכוח מהבית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לסלק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חתם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כתב את שמו על דף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אישר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כמה ביצים שלח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שלושים     ב. שלוש     ג. עשר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מה, לפי הנערה, נשמע למרחקים?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הרעם והשקר     ב. הים והרוח     ג. השיר והפעמון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איך הרחיקה המלכה את המלך מהארמון?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בכוח     ב. ביקשה ממנו     ג. הרדימה אותו במשקה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איזו משימה הכי קשה בעיניכם?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המלכה לקחה את המלך?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בד גדול על ספינה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משימה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ממנה יוצא אפרוח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ביצה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להוציא בכוח מהבית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מפרש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שצריך לעשות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לגרש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נערה צעירה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חתם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כתב את שמו על דף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העלמה החכמה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מחניפים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גאה ובסוף אוהב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העני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נבונה ואמיצה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צנוע ונאמן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מדוע לדעתכם המלך צחק ולא כעס כשהתעורר בבית אבי המלכה?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העלמה החכמה והמלך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