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העלמה החכמה והמלך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(הן היו מבושלות) · 2–ג (נתנה משימה קשה בחזרה) · 3–ג (עם הנערה החכמה) · 4–א (את המלך)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2–נכון · 3–לא נכון (המלך – גאה ובסוף אוהב)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2–ב · 3–ד · 4–א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להדגיר שלושים ביצים מבושלות, להכין מפרשים לספינה מפקעת פשתן קטנה, ולרוקן את הים לתוך כוסית.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העלמה החכמה והמלך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מלך נתן לנערה משימות קשות. היא ענתה בחוכמה. המלך התחתן איתה, ובסוף היא לקחה אותו איתה כי אהבה אותו.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היה מיוחד בביצים?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הן היו גדולות     ב. הן היו מזהב     ג. הן היו מבושלות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ענתה הנערה למשימות?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ברחה     ב. בכתה     ג. נתנה משימה קשה בחזרה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עם מי התחתן המלך?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עם אף אחת     ב. עם בת של שר     ג. עם הנערה החכמה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לקחה המלכה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את המלך     ב. שמלה     ג. זהב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 העני – צנוע ונאמן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העלמה החכמה – נבונה ואמיצה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המלך – צנוע ונאמן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העלמה החכמה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מחניפים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גאה ובסוף אוהב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 העני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נבונה ואמיצה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צנוע ונאמן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חזרה   |   ניגוד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מהן שלוש המשימות שהמלך שלח לנערה?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מדוע לדעתכם המלך צחק ולא כעס כשהתעורר בבית אבי המלכה?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העלמה החכמה והמלך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מ"העלמה החכמה והמלך":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